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172CAB" w:rsidRPr="00172CAB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72CAB" w:rsidRPr="00172CAB" w:rsidRDefault="00172CAB" w:rsidP="00172CAB">
            <w:pPr>
              <w:spacing w:after="40"/>
              <w:rPr>
                <w:rFonts w:ascii="Trebuchet MS" w:hAnsi="Trebuchet MS"/>
                <w:b/>
                <w:sz w:val="17"/>
              </w:rPr>
            </w:pPr>
            <w:bookmarkStart w:id="0" w:name="_GoBack"/>
            <w:proofErr w:type="spellStart"/>
            <w:r w:rsidRPr="00172CAB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172CAB">
              <w:rPr>
                <w:rFonts w:ascii="Trebuchet MS" w:hAnsi="Trebuchet MS"/>
                <w:sz w:val="17"/>
              </w:rPr>
              <w:t xml:space="preserve">: </w:t>
            </w:r>
            <w:r w:rsidRPr="00172CAB">
              <w:rPr>
                <w:rFonts w:ascii="Trebuchet MS" w:hAnsi="Trebuchet MS"/>
                <w:b/>
                <w:sz w:val="17"/>
              </w:rPr>
              <w:t>HARGHITA</w:t>
            </w:r>
          </w:p>
          <w:p w:rsidR="00172CAB" w:rsidRPr="00172CAB" w:rsidRDefault="00172CAB" w:rsidP="00172CAB">
            <w:pPr>
              <w:spacing w:after="40"/>
              <w:rPr>
                <w:rFonts w:ascii="Trebuchet MS" w:hAnsi="Trebuchet MS"/>
              </w:rPr>
            </w:pPr>
            <w:proofErr w:type="spellStart"/>
            <w:r w:rsidRPr="00172CAB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172CAB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172CAB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172CAB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172CAB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172CAB">
              <w:rPr>
                <w:rFonts w:ascii="Trebuchet MS" w:hAnsi="Trebuchet MS"/>
                <w:sz w:val="17"/>
              </w:rPr>
              <w:t xml:space="preserve">: </w:t>
            </w:r>
            <w:r w:rsidRPr="00172CAB">
              <w:rPr>
                <w:rFonts w:ascii="Trebuchet MS" w:hAnsi="Trebuchet MS"/>
                <w:b/>
                <w:sz w:val="17"/>
              </w:rPr>
              <w:t>COMUNA LĂZAREA</w:t>
            </w:r>
            <w:r w:rsidRPr="00172CAB">
              <w:rPr>
                <w:rFonts w:ascii="Trebuchet MS" w:hAnsi="Trebuchet MS"/>
                <w:sz w:val="17"/>
              </w:rPr>
              <w:br/>
            </w:r>
            <w:proofErr w:type="spellStart"/>
            <w:r w:rsidRPr="00172CAB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172CAB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172CAB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172CAB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172CAB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172CAB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172CAB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172CAB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172CAB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172CAB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172CAB">
              <w:rPr>
                <w:rFonts w:ascii="Trebuchet MS" w:hAnsi="Trebuchet MS"/>
                <w:b/>
                <w:sz w:val="17"/>
              </w:rPr>
              <w:br/>
            </w:r>
            <w:r w:rsidRPr="00172CAB">
              <w:rPr>
                <w:rFonts w:ascii="Trebuchet MS" w:hAnsi="Trebuchet MS"/>
                <w:sz w:val="17"/>
              </w:rPr>
              <w:t xml:space="preserve">CIF: </w:t>
            </w:r>
            <w:r w:rsidRPr="00172CAB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72CAB" w:rsidRPr="00172CAB" w:rsidRDefault="00172CAB" w:rsidP="00172CAB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172CAB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9264" behindDoc="0" locked="0" layoutInCell="1" allowOverlap="1" wp14:anchorId="19D895B6" wp14:editId="24F4380B">
                  <wp:simplePos x="0" y="0"/>
                  <wp:positionH relativeFrom="margin">
                    <wp:align>center</wp:align>
                  </wp:positionH>
                  <wp:positionV relativeFrom="margin">
                    <wp:posOffset>21590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72CAB" w:rsidRPr="00172CAB" w:rsidRDefault="00172CAB" w:rsidP="00172CAB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172CAB" w:rsidRPr="00172CAB" w:rsidRDefault="00172CAB" w:rsidP="00172CAB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172CAB" w:rsidRPr="00172CAB" w:rsidRDefault="00172CAB" w:rsidP="00172CAB">
            <w:pPr>
              <w:jc w:val="center"/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b/>
                <w:sz w:val="17"/>
              </w:rPr>
              <w:t xml:space="preserve">F_CU_03 - </w:t>
            </w:r>
            <w:proofErr w:type="spellStart"/>
            <w:r w:rsidRPr="00172CAB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172CAB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72CAB" w:rsidRPr="00172CAB" w:rsidRDefault="00172CAB" w:rsidP="00172CAB">
            <w:pPr>
              <w:rPr>
                <w:rFonts w:ascii="Trebuchet MS" w:hAnsi="Trebuchet MS"/>
              </w:rPr>
            </w:pPr>
            <w:proofErr w:type="spellStart"/>
            <w:r w:rsidRPr="00172CAB">
              <w:rPr>
                <w:rFonts w:ascii="Trebuchet MS" w:hAnsi="Trebuchet MS"/>
                <w:i/>
                <w:sz w:val="16"/>
              </w:rPr>
              <w:t>Număr</w:t>
            </w:r>
            <w:proofErr w:type="spellEnd"/>
            <w:r w:rsidRPr="00172CAB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172CAB">
              <w:rPr>
                <w:rFonts w:ascii="Trebuchet MS" w:hAnsi="Trebuchet MS"/>
                <w:i/>
                <w:sz w:val="16"/>
              </w:rPr>
              <w:t>înregistrare</w:t>
            </w:r>
            <w:proofErr w:type="spellEnd"/>
            <w:r w:rsidRPr="00172CAB">
              <w:rPr>
                <w:rFonts w:ascii="Trebuchet MS" w:hAnsi="Trebuchet MS"/>
                <w:i/>
                <w:sz w:val="16"/>
              </w:rPr>
              <w:t>: .....................</w:t>
            </w:r>
            <w:r w:rsidRPr="00172CAB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172CAB">
              <w:rPr>
                <w:rFonts w:ascii="Trebuchet MS" w:hAnsi="Trebuchet MS"/>
                <w:i/>
                <w:sz w:val="16"/>
              </w:rPr>
              <w:br/>
              <w:t xml:space="preserve">(se </w:t>
            </w:r>
            <w:proofErr w:type="spellStart"/>
            <w:r w:rsidRPr="00172CAB">
              <w:rPr>
                <w:rFonts w:ascii="Trebuchet MS" w:hAnsi="Trebuchet MS"/>
                <w:i/>
                <w:sz w:val="16"/>
              </w:rPr>
              <w:t>completează</w:t>
            </w:r>
            <w:proofErr w:type="spellEnd"/>
            <w:r w:rsidRPr="00172CAB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172CAB">
              <w:rPr>
                <w:rFonts w:ascii="Trebuchet MS" w:hAnsi="Trebuchet MS"/>
                <w:i/>
                <w:sz w:val="16"/>
              </w:rPr>
              <w:t>autoritate</w:t>
            </w:r>
            <w:proofErr w:type="spellEnd"/>
            <w:r w:rsidRPr="00172CAB">
              <w:rPr>
                <w:rFonts w:ascii="Trebuchet MS" w:hAnsi="Trebuchet MS"/>
                <w:i/>
                <w:sz w:val="16"/>
              </w:rPr>
              <w:t>)</w:t>
            </w:r>
          </w:p>
        </w:tc>
      </w:tr>
      <w:tr w:rsidR="002D0ACB" w:rsidRPr="00172CAB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D0ACB" w:rsidRPr="00172CAB" w:rsidRDefault="00172CAB">
            <w:pPr>
              <w:jc w:val="center"/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b/>
                <w:sz w:val="21"/>
              </w:rPr>
              <w:t>CERERE PENTRU EMITEREA AVIZULUI DE AMPLASARE</w:t>
            </w:r>
          </w:p>
        </w:tc>
      </w:tr>
    </w:tbl>
    <w:p w:rsidR="002D0ACB" w:rsidRPr="00172CAB" w:rsidRDefault="002D0ACB">
      <w:pPr>
        <w:spacing w:after="80"/>
        <w:rPr>
          <w:rFonts w:ascii="Trebuchet MS" w:hAnsi="Trebuchet MS"/>
        </w:rPr>
      </w:pPr>
    </w:p>
    <w:p w:rsidR="002D0ACB" w:rsidRPr="00172CAB" w:rsidRDefault="00172CAB">
      <w:pPr>
        <w:rPr>
          <w:rFonts w:ascii="Trebuchet MS" w:hAnsi="Trebuchet MS"/>
        </w:rPr>
      </w:pPr>
      <w:r w:rsidRPr="00172CAB">
        <w:rPr>
          <w:rFonts w:ascii="Trebuchet MS" w:hAnsi="Trebuchet MS"/>
          <w:b/>
        </w:rPr>
        <w:t>1. CĂTRE</w:t>
      </w:r>
    </w:p>
    <w:p w:rsidR="002D0ACB" w:rsidRPr="00172CAB" w:rsidRDefault="00172CAB">
      <w:pPr>
        <w:rPr>
          <w:rFonts w:ascii="Trebuchet MS" w:hAnsi="Trebuchet MS"/>
        </w:rPr>
      </w:pPr>
      <w:r w:rsidRPr="00172CAB">
        <w:rPr>
          <w:rFonts w:ascii="Trebuchet MS" w:hAnsi="Trebuchet MS"/>
        </w:rPr>
        <w:t xml:space="preserve">Instituția: </w:t>
      </w:r>
      <w:sdt>
        <w:sdtPr>
          <w:rPr>
            <w:rFonts w:ascii="Trebuchet MS" w:hAnsi="Trebuchet MS"/>
          </w:rPr>
          <w:id w:val="-1895045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primăria municipiului / orașului / </w:t>
      </w:r>
      <w:r w:rsidRPr="00172CAB">
        <w:rPr>
          <w:rFonts w:ascii="Trebuchet MS" w:hAnsi="Trebuchet MS"/>
          <w:sz w:val="18"/>
        </w:rPr>
        <w:t>comunei</w:t>
      </w:r>
      <w:r w:rsidRPr="00172CAB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651287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primăria de sector</w:t>
      </w:r>
      <w:r w:rsidRPr="00172CAB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295337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consiliul județean</w:t>
      </w:r>
    </w:p>
    <w:p w:rsidR="002D0ACB" w:rsidRPr="00172CAB" w:rsidRDefault="00172CAB">
      <w:pPr>
        <w:spacing w:after="80"/>
        <w:rPr>
          <w:rFonts w:ascii="Trebuchet MS" w:hAnsi="Trebuchet MS"/>
        </w:rPr>
      </w:pPr>
      <w:r w:rsidRPr="00172CAB">
        <w:rPr>
          <w:rFonts w:ascii="Trebuchet MS" w:hAnsi="Trebuchet MS"/>
          <w:i/>
          <w:sz w:val="16"/>
        </w:rPr>
        <w:t>Cererea va fi transmisă către președintele consiliului județean, primarul general, primarul de sector sau primarul municipiului/orașului/comunei, după caz.</w:t>
      </w:r>
    </w:p>
    <w:p w:rsidR="002D0ACB" w:rsidRPr="00172CAB" w:rsidRDefault="00172CAB">
      <w:pPr>
        <w:rPr>
          <w:rFonts w:ascii="Trebuchet MS" w:hAnsi="Trebuchet MS"/>
        </w:rPr>
      </w:pPr>
      <w:r w:rsidRPr="00172CAB">
        <w:rPr>
          <w:rFonts w:ascii="Trebuchet MS" w:hAnsi="Trebuchet MS"/>
          <w:b/>
        </w:rPr>
        <w:t>2. SOLICITANTUL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2D0ACB" w:rsidRPr="00172CA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7"/>
              </w:rPr>
              <w:t xml:space="preserve">Nume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2D0ACB" w:rsidRPr="00172CA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172CAB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172CAB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172CAB">
              <w:rPr>
                <w:rFonts w:ascii="Trebuchet MS" w:hAnsi="Trebuchet MS"/>
                <w:sz w:val="17"/>
              </w:rPr>
              <w:br/>
              <w:t>Sat/sector: ....................</w:t>
            </w:r>
            <w:r w:rsidRPr="00172CAB">
              <w:rPr>
                <w:rFonts w:ascii="Trebuchet MS" w:hAnsi="Trebuchet MS"/>
                <w:sz w:val="17"/>
              </w:rPr>
              <w:t xml:space="preserve"> Str. ............................</w:t>
            </w:r>
            <w:r w:rsidRPr="00172CAB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2D0ACB" w:rsidRPr="00172CA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2D0ACB" w:rsidRPr="00172CA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7"/>
              </w:rPr>
              <w:t>În calitate de reprezentant al: ...............</w:t>
            </w:r>
            <w:r w:rsidRPr="00172CAB">
              <w:rPr>
                <w:rFonts w:ascii="Trebuchet MS" w:hAnsi="Trebuchet MS"/>
                <w:sz w:val="17"/>
              </w:rPr>
              <w:t>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2D0ACB" w:rsidRPr="00172CAB" w:rsidRDefault="002D0ACB">
      <w:pPr>
        <w:spacing w:after="60"/>
        <w:rPr>
          <w:rFonts w:ascii="Trebuchet MS" w:hAnsi="Trebuchet MS"/>
        </w:rPr>
      </w:pPr>
    </w:p>
    <w:p w:rsidR="002D0ACB" w:rsidRPr="00172CAB" w:rsidRDefault="00172CAB">
      <w:pPr>
        <w:rPr>
          <w:rFonts w:ascii="Trebuchet MS" w:hAnsi="Trebuchet MS"/>
        </w:rPr>
      </w:pPr>
      <w:r w:rsidRPr="00172CAB">
        <w:rPr>
          <w:rFonts w:ascii="Trebuchet MS" w:hAnsi="Trebuchet MS"/>
        </w:rPr>
        <w:t xml:space="preserve">În conformitate cu prevederile art. 300 din Legea nr. 169/2026, solicit emiterea </w:t>
      </w:r>
      <w:r w:rsidRPr="00172CAB">
        <w:rPr>
          <w:rFonts w:ascii="Trebuchet MS" w:hAnsi="Trebuchet MS"/>
          <w:b/>
        </w:rPr>
        <w:t>AVIZULUI DE AMPLASARE</w:t>
      </w:r>
      <w:r w:rsidRPr="00172CAB">
        <w:rPr>
          <w:rFonts w:ascii="Trebuchet MS" w:hAnsi="Trebuchet MS"/>
        </w:rPr>
        <w:t xml:space="preserve"> pentru:</w:t>
      </w:r>
      <w:r w:rsidRPr="00172CAB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076052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a) rastele biciclete/trotinete/stații încărcare electrice</w:t>
      </w:r>
      <w:r w:rsidRPr="00172CAB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895002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b) punct</w:t>
      </w:r>
      <w:r w:rsidRPr="00172CAB">
        <w:rPr>
          <w:rFonts w:ascii="Trebuchet MS" w:hAnsi="Trebuchet MS"/>
          <w:sz w:val="18"/>
        </w:rPr>
        <w:t xml:space="preserve"> măsurare calitatea aerului</w:t>
      </w:r>
      <w:r w:rsidRPr="00172CAB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260291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c) puncte automate colectare deșeuri</w:t>
      </w:r>
      <w:r w:rsidRPr="00172CAB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859396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d) semnalizare rutieră/camere video</w:t>
      </w:r>
      <w:r w:rsidRPr="00172CAB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648632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e) toalete ecologice</w:t>
      </w:r>
      <w:r w:rsidRPr="00172CAB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380990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f) tonete/chioșcuri/lockere curierat/rulote &lt;=12 mp</w:t>
      </w:r>
      <w:r w:rsidRPr="00172CAB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500653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g) comerț de întâmpinare</w:t>
      </w:r>
      <w:r w:rsidRPr="00172CAB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868226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h) amenajări temporare spectacole</w:t>
      </w:r>
      <w:r w:rsidRPr="00172CAB">
        <w:rPr>
          <w:rFonts w:ascii="Trebuchet MS" w:hAnsi="Trebuchet MS"/>
          <w:sz w:val="18"/>
        </w:rPr>
        <w:t>/evenimente</w:t>
      </w:r>
      <w:r w:rsidRPr="00172CAB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220123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i) stație monitorizare zgomot</w:t>
      </w:r>
      <w:r w:rsidRPr="00172CAB">
        <w:rPr>
          <w:rFonts w:ascii="Trebuchet MS" w:hAnsi="Trebuchet MS"/>
        </w:rPr>
        <w:br/>
      </w:r>
    </w:p>
    <w:p w:rsidR="002D0ACB" w:rsidRPr="00172CAB" w:rsidRDefault="00172CAB">
      <w:pPr>
        <w:rPr>
          <w:rFonts w:ascii="Trebuchet MS" w:hAnsi="Trebuchet MS"/>
        </w:rPr>
      </w:pPr>
      <w:r w:rsidRPr="00172CAB">
        <w:rPr>
          <w:rFonts w:ascii="Trebuchet MS" w:hAnsi="Trebuchet MS"/>
          <w:b/>
        </w:rPr>
        <w:t>4. IMOBILUL</w:t>
      </w:r>
    </w:p>
    <w:p w:rsidR="002D0ACB" w:rsidRPr="00172CAB" w:rsidRDefault="00172CAB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468114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teren</w:t>
      </w:r>
      <w:r w:rsidRPr="00172CAB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773236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2CA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172CAB">
        <w:rPr>
          <w:rFonts w:ascii="Trebuchet MS" w:hAnsi="Trebuchet MS"/>
          <w:sz w:val="18"/>
        </w:rPr>
        <w:t xml:space="preserve"> construcții</w:t>
      </w:r>
      <w:r w:rsidRPr="00172CAB">
        <w:rPr>
          <w:rFonts w:ascii="Trebuchet MS" w:hAnsi="Trebuchet MS"/>
        </w:rPr>
        <w:br/>
        <w:t>Județ: ............................. Municipiu/oraș/comună: ............................. Sat/sector: ............................. Cod poștal: ............</w:t>
      </w:r>
      <w:r w:rsidRPr="00172CAB">
        <w:rPr>
          <w:rFonts w:ascii="Trebuchet MS" w:hAnsi="Trebuchet MS"/>
        </w:rPr>
        <w:br/>
        <w:t xml:space="preserve">Strada: </w:t>
      </w:r>
      <w:r w:rsidRPr="00172CAB">
        <w:rPr>
          <w:rFonts w:ascii="Trebuchet MS" w:hAnsi="Trebuchet MS"/>
        </w:rPr>
        <w:t>........................................................................ Nr. ........ Bl. ........ sc. ........ et. ........ ap. ........</w:t>
      </w:r>
      <w:r w:rsidRPr="00172CAB">
        <w:rPr>
          <w:rFonts w:ascii="Trebuchet MS" w:hAnsi="Trebuchet MS"/>
        </w:rPr>
        <w:br/>
        <w:t>Suprafața terenului (m²): ........................ Număr cadastral: ........................ Carte funciară nr.: .....</w:t>
      </w:r>
      <w:r w:rsidRPr="00172CAB">
        <w:rPr>
          <w:rFonts w:ascii="Trebuchet MS" w:hAnsi="Trebuchet MS"/>
        </w:rPr>
        <w:t>...................</w:t>
      </w:r>
    </w:p>
    <w:p w:rsidR="002D0ACB" w:rsidRPr="00172CAB" w:rsidRDefault="00172CAB">
      <w:pPr>
        <w:rPr>
          <w:rFonts w:ascii="Trebuchet MS" w:hAnsi="Trebuchet MS"/>
        </w:rPr>
      </w:pPr>
      <w:r w:rsidRPr="00172CAB">
        <w:rPr>
          <w:rFonts w:ascii="Trebuchet MS" w:hAnsi="Trebuchet MS"/>
          <w:b/>
        </w:rPr>
        <w:t>7.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2D0ACB" w:rsidRPr="00172CA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8"/>
              </w:rPr>
              <w:lastRenderedPageBreak/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D0ACB" w:rsidRPr="00172CAB" w:rsidRDefault="00172CAB">
            <w:pPr>
              <w:rPr>
                <w:rFonts w:ascii="Trebuchet MS" w:hAnsi="Trebuchet MS"/>
              </w:rPr>
            </w:pPr>
            <w:r w:rsidRPr="00172CAB">
              <w:rPr>
                <w:rFonts w:ascii="Trebuchet MS" w:hAnsi="Trebuchet MS"/>
                <w:sz w:val="18"/>
              </w:rPr>
              <w:t>Solicitantul: ........................................</w:t>
            </w:r>
            <w:r w:rsidRPr="00172CAB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  <w:bookmarkEnd w:id="0"/>
    </w:tbl>
    <w:p w:rsidR="002D0ACB" w:rsidRPr="00172CAB" w:rsidRDefault="002D0ACB">
      <w:pPr>
        <w:spacing w:after="80"/>
        <w:rPr>
          <w:rFonts w:ascii="Trebuchet MS" w:hAnsi="Trebuchet MS"/>
        </w:rPr>
      </w:pPr>
    </w:p>
    <w:sectPr w:rsidR="002D0ACB" w:rsidRPr="00172CAB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2CAB"/>
    <w:rsid w:val="0029639D"/>
    <w:rsid w:val="002D0ACB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833D81D-D89B-4B56-8A06-CC332AFE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88984E-4ABD-43C5-9C3A-88E891E87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2026-09-11T10:21:00Z</dcterms:created>
  <dcterms:modified xsi:type="dcterms:W3CDTF">2026-09-11T10:21:00Z</dcterms:modified>
  <cp:category/>
</cp:coreProperties>
</file>